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SURAT PERNYATAAN PENGGUNAAN NAMA PENA</w:t>
      </w:r>
    </w:p>
    <w:p/>
    <w:tbl>
      <w:tblPr>
        <w:tblW w:type="auto" w:w="0"/>
        <w:jc w:val="left"/>
        <w:tblLayout w:type="fixed"/>
        <w:tblLook w:firstColumn="1" w:firstRow="1" w:lastColumn="0" w:lastRow="0" w:noHBand="0" w:noVBand="1" w:val="04A0"/>
      </w:tblPr>
      <w:tblGrid>
        <w:gridCol w:w="3059"/>
        <w:gridCol w:w="3059"/>
        <w:gridCol w:w="3059"/>
      </w:tblGrid>
      <w:tr>
        <w:tc>
          <w:tcPr>
            <w:tcW w:type="dxa" w:w="2268"/>
            <w:tcBorders/>
          </w:tcPr>
          <w:p>
            <w:r>
              <w:t>Nama sesuai identitas</w:t>
            </w:r>
          </w:p>
        </w:tc>
        <w:tc>
          <w:tcPr>
            <w:tcW w:type="dxa" w:w="283"/>
            <w:tcBorders/>
          </w:tcPr>
          <w:p>
            <w:r>
              <w:t>:</w:t>
            </w:r>
          </w:p>
        </w:tc>
        <w:tc>
          <w:tcPr>
            <w:tcW w:type="dxa" w:w="6236"/>
            <w:tcBorders/>
          </w:tcPr>
          <w:p>
            <w:r>
              <w:t>................................................................................</w:t>
            </w:r>
          </w:p>
        </w:tc>
      </w:tr>
      <w:tr>
        <w:tc>
          <w:tcPr>
            <w:tcW w:type="dxa" w:w="2268"/>
            <w:tcBorders/>
          </w:tcPr>
          <w:p>
            <w:r>
              <w:t>NIK</w:t>
            </w:r>
          </w:p>
        </w:tc>
        <w:tc>
          <w:tcPr>
            <w:tcW w:type="dxa" w:w="283"/>
            <w:tcBorders/>
          </w:tcPr>
          <w:p>
            <w:r>
              <w:t>:</w:t>
            </w:r>
          </w:p>
        </w:tc>
        <w:tc>
          <w:tcPr>
            <w:tcW w:type="dxa" w:w="6236"/>
            <w:tcBorders/>
          </w:tcPr>
          <w:p>
            <w:r>
              <w:t>................................................................................</w:t>
            </w:r>
          </w:p>
        </w:tc>
      </w:tr>
      <w:tr>
        <w:tc>
          <w:tcPr>
            <w:tcW w:type="dxa" w:w="2268"/>
            <w:tcBorders/>
          </w:tcPr>
          <w:p>
            <w:r>
              <w:t>Nama pena</w:t>
            </w:r>
          </w:p>
        </w:tc>
        <w:tc>
          <w:tcPr>
            <w:tcW w:type="dxa" w:w="283"/>
            <w:tcBorders/>
          </w:tcPr>
          <w:p>
            <w:r>
              <w:t>:</w:t>
            </w:r>
          </w:p>
        </w:tc>
        <w:tc>
          <w:tcPr>
            <w:tcW w:type="dxa" w:w="6236"/>
            <w:tcBorders/>
          </w:tcPr>
          <w:p>
            <w:r>
              <w:t>................................................................................</w:t>
            </w:r>
          </w:p>
        </w:tc>
      </w:tr>
      <w:tr>
        <w:tc>
          <w:tcPr>
            <w:tcW w:type="dxa" w:w="2268"/>
            <w:tcBorders/>
          </w:tcPr>
          <w:p>
            <w:r>
              <w:t>Alamat</w:t>
            </w:r>
          </w:p>
        </w:tc>
        <w:tc>
          <w:tcPr>
            <w:tcW w:type="dxa" w:w="283"/>
            <w:tcBorders/>
          </w:tcPr>
          <w:p>
            <w:r>
              <w:t>:</w:t>
            </w:r>
          </w:p>
        </w:tc>
        <w:tc>
          <w:tcPr>
            <w:tcW w:type="dxa" w:w="6236"/>
            <w:tcBorders/>
          </w:tcPr>
          <w:p>
            <w:r>
              <w:t>................................................................................</w:t>
            </w:r>
          </w:p>
        </w:tc>
      </w:tr>
      <w:tr>
        <w:tc>
          <w:tcPr>
            <w:tcW w:type="dxa" w:w="2268"/>
            <w:tcBorders/>
          </w:tcPr>
          <w:p>
            <w:r>
              <w:t>Judul naskah</w:t>
            </w:r>
          </w:p>
        </w:tc>
        <w:tc>
          <w:tcPr>
            <w:tcW w:type="dxa" w:w="283"/>
            <w:tcBorders/>
          </w:tcPr>
          <w:p>
            <w:r>
              <w:t>:</w:t>
            </w:r>
          </w:p>
        </w:tc>
        <w:tc>
          <w:tcPr>
            <w:tcW w:type="dxa" w:w="6236"/>
            <w:tcBorders/>
          </w:tcPr>
          <w:p>
            <w:r>
              <w:t>................................................................................</w:t>
            </w:r>
          </w:p>
        </w:tc>
      </w:tr>
    </w:tbl>
    <w:p/>
    <w:p>
      <w:pPr>
        <w:jc w:val="both"/>
      </w:pPr>
      <w:r>
        <w:t>Dengan ini menyatakan bahwa nama pena tersebut benar saya gunakan dalam penerbitan naskah di atas. Saya bertanggung jawab atas penggunaan nama pena tersebut dan menyatakan bahwa nama pena tidak dimaksudkan untuk menyamarkan identitas dalam tindakan yang melanggar hukum atau merugikan pihak lain.</w:t>
      </w:r>
    </w:p>
    <w:p>
      <w:pPr>
        <w:jc w:val="both"/>
      </w:pPr>
      <w:r>
        <w:t>Demikian surat pernyataan ini dibuat dengan sebenar-benarnya untuk dipergunakan sebagaimana mestinya.</w:t>
      </w:r>
    </w:p>
    <w:p/>
    <w:p>
      <w:pPr>
        <w:jc w:val="right"/>
      </w:pPr>
      <w:r>
        <w:t>...................., .................... 20....</w:t>
      </w:r>
    </w:p>
    <w:p>
      <w:pPr>
        <w:jc w:val="right"/>
      </w:pPr>
      <w:r>
        <w:t>Yang membuat pernyataan,</w:t>
      </w:r>
    </w:p>
    <w:p/>
    <w:p/>
    <w:p>
      <w:pPr>
        <w:jc w:val="right"/>
      </w:pPr>
      <w:r>
        <w:t>(....................................................)</w:t>
      </w:r>
    </w:p>
    <w:p>
      <w:pPr>
        <w:jc w:val="right"/>
      </w:pPr>
      <w:r>
        <w:t>Materai Rp10.000 dan tanda tangan</w:t>
      </w:r>
    </w:p>
    <w:sectPr w:rsidR="00FC693F" w:rsidRPr="0006063C" w:rsidSect="00034616">
      <w:pgSz w:w="12240" w:h="15840"/>
      <w:pgMar w:top="1247" w:right="1531" w:bottom="1247" w:left="153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Surat Pernyataan Penggunaan Nama Pena</dc:title>
  <dc:subject/>
  <dc:creator>Penerbit Lutfi Gilang</dc:creator>
  <cp:keywords/>
  <dc:description>generated by python-docx</dc:description>
  <cp:lastModifiedBy/>
  <cp:revision>1</cp:revision>
  <dcterms:created xsi:type="dcterms:W3CDTF">2013-12-23T23:15:00Z</dcterms:created>
  <dcterms:modified xsi:type="dcterms:W3CDTF">2013-12-23T23:15:00Z</dcterms:modified>
  <cp:category/>
</cp:coreProperties>
</file>