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SURAT PERNYATAAN KEASLIAN KARYA</w:t>
      </w:r>
    </w:p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59"/>
        <w:gridCol w:w="3059"/>
        <w:gridCol w:w="3059"/>
      </w:tblGrid>
      <w:tr>
        <w:tc>
          <w:tcPr>
            <w:tcW w:type="dxa" w:w="2268"/>
            <w:tcBorders/>
          </w:tcPr>
          <w:p>
            <w:r>
              <w:t>Nama lengkap</w:t>
            </w:r>
          </w:p>
        </w:tc>
        <w:tc>
          <w:tcPr>
            <w:tcW w:type="dxa" w:w="283"/>
            <w:tcBorders/>
          </w:tcPr>
          <w:p>
            <w:r>
              <w:t>:</w:t>
            </w:r>
          </w:p>
        </w:tc>
        <w:tc>
          <w:tcPr>
            <w:tcW w:type="dxa" w:w="6236"/>
            <w:tcBorders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268"/>
            <w:tcBorders/>
          </w:tcPr>
          <w:p>
            <w:r>
              <w:t>NIK</w:t>
            </w:r>
          </w:p>
        </w:tc>
        <w:tc>
          <w:tcPr>
            <w:tcW w:type="dxa" w:w="283"/>
            <w:tcBorders/>
          </w:tcPr>
          <w:p>
            <w:r>
              <w:t>:</w:t>
            </w:r>
          </w:p>
        </w:tc>
        <w:tc>
          <w:tcPr>
            <w:tcW w:type="dxa" w:w="6236"/>
            <w:tcBorders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268"/>
            <w:tcBorders/>
          </w:tcPr>
          <w:p>
            <w:r>
              <w:t>Alamat</w:t>
            </w:r>
          </w:p>
        </w:tc>
        <w:tc>
          <w:tcPr>
            <w:tcW w:type="dxa" w:w="283"/>
            <w:tcBorders/>
          </w:tcPr>
          <w:p>
            <w:r>
              <w:t>:</w:t>
            </w:r>
          </w:p>
        </w:tc>
        <w:tc>
          <w:tcPr>
            <w:tcW w:type="dxa" w:w="6236"/>
            <w:tcBorders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268"/>
            <w:tcBorders/>
          </w:tcPr>
          <w:p>
            <w:r>
              <w:t>Nomor telepon</w:t>
            </w:r>
          </w:p>
        </w:tc>
        <w:tc>
          <w:tcPr>
            <w:tcW w:type="dxa" w:w="283"/>
            <w:tcBorders/>
          </w:tcPr>
          <w:p>
            <w:r>
              <w:t>:</w:t>
            </w:r>
          </w:p>
        </w:tc>
        <w:tc>
          <w:tcPr>
            <w:tcW w:type="dxa" w:w="6236"/>
            <w:tcBorders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268"/>
            <w:tcBorders/>
          </w:tcPr>
          <w:p>
            <w:r>
              <w:t>Judul naskah</w:t>
            </w:r>
          </w:p>
        </w:tc>
        <w:tc>
          <w:tcPr>
            <w:tcW w:type="dxa" w:w="283"/>
            <w:tcBorders/>
          </w:tcPr>
          <w:p>
            <w:r>
              <w:t>:</w:t>
            </w:r>
          </w:p>
        </w:tc>
        <w:tc>
          <w:tcPr>
            <w:tcW w:type="dxa" w:w="6236"/>
            <w:tcBorders/>
          </w:tcPr>
          <w:p>
            <w:r>
              <w:t>................................................................................</w:t>
            </w:r>
          </w:p>
        </w:tc>
      </w:tr>
    </w:tbl>
    <w:p/>
    <w:p>
      <w:pPr>
        <w:jc w:val="both"/>
      </w:pPr>
      <w:r>
        <w:t>Dengan ini menyatakan bahwa naskah tersebut merupakan karya asli saya/kami, tidak melanggar hak cipta pihak lain, tidak mengandung plagiarisme, serta belum pernah diterbitkan oleh penerbit lain, kecuali dinyatakan secara tertulis. Saya/kami bertanggung jawab penuh atas keaslian dan seluruh konsekuensi hukum yang timbul dari karya tersebut.</w:t>
      </w:r>
    </w:p>
    <w:p>
      <w:pPr>
        <w:jc w:val="both"/>
      </w:pPr>
      <w:r>
        <w:t>Demikian surat pernyataan ini dibuat dengan sebenar-benarnya untuk dipergunakan sebagaimana mestinya.</w:t>
      </w:r>
    </w:p>
    <w:p/>
    <w:p>
      <w:pPr>
        <w:jc w:val="right"/>
      </w:pPr>
      <w:r>
        <w:t>...................., .................... 20....</w:t>
      </w:r>
    </w:p>
    <w:p>
      <w:pPr>
        <w:jc w:val="right"/>
      </w:pPr>
      <w:r>
        <w:t>Yang membuat pernyataan,</w:t>
      </w:r>
    </w:p>
    <w:p/>
    <w:p/>
    <w:p>
      <w:pPr>
        <w:jc w:val="right"/>
      </w:pPr>
      <w:r>
        <w:t>(....................................................)</w:t>
      </w:r>
    </w:p>
    <w:p>
      <w:pPr>
        <w:jc w:val="right"/>
      </w:pPr>
      <w:r>
        <w:t>Materai Rp10.000 dan tanda tangan</w:t>
      </w:r>
    </w:p>
    <w:sectPr w:rsidR="00FC693F" w:rsidRPr="0006063C" w:rsidSect="00034616">
      <w:pgSz w:w="12240" w:h="15840"/>
      <w:pgMar w:top="1247" w:right="1531" w:bottom="124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Surat Pernyataan Keaslian Karya</dc:title>
  <dc:subject/>
  <dc:creator>Penerbit Lutfi Gilang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