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CERITA AKSARA</w:t>
      </w:r>
      <w:r>
        <w:rPr>
          <w:b/>
          <w:sz w:val="30"/>
        </w:rPr>
        <w:br/>
        <w:t>Template Naskah Resmi</w:t>
      </w:r>
      <w:r>
        <w:rPr>
          <w:sz w:val="20"/>
        </w:rPr>
        <w:br/>
        <w:t>Penerbit Lutfi Gilang</w:t>
      </w:r>
    </w:p>
    <w:p>
      <w:pPr>
        <w:jc w:val="center"/>
      </w:pPr>
      <w:r>
        <w:rPr>
          <w:i/>
          <w:sz w:val="18"/>
        </w:rPr>
        <w:t>Gunakan dokumen ini sebagai kerangka. Ganti seluruh teks petunjuk sebelum naskah dikirim.</w:t>
      </w:r>
    </w:p>
    <w:tbl>
      <w:tblPr>
        <w:tblStyle w:val="TableGrid"/>
        <w:tblW w:type="auto" w:w="0"/>
        <w:jc w:val="center"/>
        <w:tblLook w:firstColumn="1" w:firstRow="1" w:lastColumn="0" w:lastRow="0" w:noHBand="0" w:noVBand="1" w:val="04A0"/>
      </w:tblPr>
      <w:tblGrid>
        <w:gridCol w:w="4419"/>
        <w:gridCol w:w="4419"/>
      </w:tblGrid>
      <w:tr>
        <w:tc>
          <w:tcPr>
            <w:tcW w:type="dxa" w:w="4419"/>
            <w:vAlign w:val="center"/>
          </w:tcPr>
          <w:p>
            <w:r>
              <w:rPr>
                <w:b/>
              </w:rPr>
              <w:t>Judul karya</w:t>
            </w:r>
          </w:p>
        </w:tc>
        <w:tc>
          <w:tcPr>
            <w:tcW w:type="dxa" w:w="4419"/>
            <w:vAlign w:val="center"/>
          </w:tcPr>
          <w:p>
            <w:r>
              <w:t>[Tulis judul karya]</w:t>
            </w:r>
          </w:p>
        </w:tc>
      </w:tr>
      <w:tr>
        <w:tc>
          <w:tcPr>
            <w:tcW w:type="dxa" w:w="4419"/>
            <w:vAlign w:val="center"/>
          </w:tcPr>
          <w:p>
            <w:r>
              <w:rPr>
                <w:b/>
              </w:rPr>
              <w:t>Nama penulis</w:t>
            </w:r>
          </w:p>
        </w:tc>
        <w:tc>
          <w:tcPr>
            <w:tcW w:type="dxa" w:w="4419"/>
            <w:vAlign w:val="center"/>
          </w:tcPr>
          <w:p>
            <w:r>
              <w:t>[Nama asli/nama pena]</w:t>
            </w:r>
          </w:p>
        </w:tc>
      </w:tr>
      <w:tr>
        <w:tc>
          <w:tcPr>
            <w:tcW w:type="dxa" w:w="4419"/>
            <w:vAlign w:val="center"/>
          </w:tcPr>
          <w:p>
            <w:r>
              <w:rPr>
                <w:b/>
              </w:rPr>
              <w:t>Email aktif</w:t>
            </w:r>
          </w:p>
        </w:tc>
        <w:tc>
          <w:tcPr>
            <w:tcW w:type="dxa" w:w="4419"/>
            <w:vAlign w:val="center"/>
          </w:tcPr>
          <w:p>
            <w:r>
              <w:t>[alamat email]</w:t>
            </w:r>
          </w:p>
        </w:tc>
      </w:tr>
      <w:tr>
        <w:tc>
          <w:tcPr>
            <w:tcW w:type="dxa" w:w="4419"/>
            <w:vAlign w:val="center"/>
          </w:tcPr>
          <w:p>
            <w:r>
              <w:rPr>
                <w:b/>
              </w:rPr>
              <w:t>Nomor WhatsApp</w:t>
            </w:r>
          </w:p>
        </w:tc>
        <w:tc>
          <w:tcPr>
            <w:tcW w:type="dxa" w:w="4419"/>
            <w:vAlign w:val="center"/>
          </w:tcPr>
          <w:p>
            <w:r>
              <w:t>[nomor aktif]</w:t>
            </w:r>
          </w:p>
        </w:tc>
      </w:tr>
    </w:tbl>
    <w:p/>
    <w:p>
      <w:pPr>
        <w:pStyle w:val="Heading1"/>
        <w:jc w:val="left"/>
      </w:pPr>
      <w:r>
        <w:t>Naskah</w:t>
      </w:r>
    </w:p>
    <w:p>
      <w:pPr>
        <w:spacing w:line="276" w:lineRule="auto"/>
        <w:ind w:firstLine="567"/>
      </w:pPr>
      <w:r>
        <w:t>[Mulai teks karya di sini. Gunakan paragraf normal, bukan text box. Anda boleh menggunakan subjudul bila diperlukan.]</w:t>
      </w:r>
    </w:p>
    <w:p>
      <w:pPr>
        <w:spacing w:line="276" w:lineRule="auto"/>
        <w:ind w:firstLine="567"/>
      </w:pPr>
      <w:r>
        <w:t>[Ganti paragraf contoh ini dengan isi naskah Anda.]</w:t>
      </w:r>
    </w:p>
    <w:p>
      <w:pPr>
        <w:spacing w:line="276" w:lineRule="auto"/>
        <w:ind w:firstLine="567"/>
      </w:pPr>
      <w:r>
        <w:t>[Ganti paragraf contoh ini dengan isi naskah Anda.]</w:t>
      </w:r>
    </w:p>
    <w:p>
      <w:pPr>
        <w:spacing w:line="276" w:lineRule="auto"/>
        <w:ind w:firstLine="567"/>
      </w:pPr>
      <w:r>
        <w:t>[Ganti paragraf contoh ini dengan isi naskah Anda.]</w:t>
      </w:r>
    </w:p>
    <w:p>
      <w:pPr>
        <w:spacing w:line="276" w:lineRule="auto"/>
        <w:ind w:firstLine="567"/>
      </w:pPr>
      <w:r>
        <w:t>[Ganti paragraf contoh ini dengan isi naskah Anda.]</w:t>
      </w:r>
    </w:p>
    <w:p>
      <w:r>
        <w:br w:type="page"/>
      </w:r>
    </w:p>
    <w:p>
      <w:pPr>
        <w:pStyle w:val="Heading1"/>
      </w:pPr>
      <w:r>
        <w:t>Petunjuk Format</w:t>
      </w:r>
    </w:p>
    <w:p>
      <w:pPr>
        <w:pStyle w:val="ListBullet"/>
      </w:pPr>
      <w:r>
        <w:t>Format berkas yang dikirim: DOCX.</w:t>
      </w:r>
    </w:p>
    <w:p>
      <w:pPr>
        <w:pStyle w:val="ListBullet"/>
      </w:pPr>
      <w:r>
        <w:t>Ukuran file maksimal 8 MB.</w:t>
      </w:r>
    </w:p>
    <w:p>
      <w:pPr>
        <w:pStyle w:val="ListBullet"/>
      </w:pPr>
      <w:r>
        <w:t>Gunakan teks yang dapat diedit; hindari menjadikan seluruh naskah sebagai gambar.</w:t>
      </w:r>
    </w:p>
    <w:p>
      <w:pPr>
        <w:pStyle w:val="ListBullet"/>
      </w:pPr>
      <w:r>
        <w:t>Pastikan judul dan nama penulis pada naskah sesuai formulir pengiriman.</w:t>
      </w:r>
    </w:p>
    <w:p>
      <w:pPr>
        <w:pStyle w:val="ListBullet"/>
      </w:pPr>
      <w:r>
        <w:t>Naskah akan melalui pemeriksaan duplikasi dan indikator pola otomatis. Indikator tersebut hanya alat bantu dan bukan bukti penggunaan AI.</w:t>
      </w:r>
    </w:p>
    <w:p>
      <w:pPr>
        <w:pStyle w:val="ListBullet"/>
      </w:pPr>
      <w:r>
        <w:t>Karya yang lolos review editorial memerlukan persetujuan penulis sebelum tahap pemeringkatan.</w:t>
      </w:r>
    </w:p>
    <w:p>
      <w:pPr>
        <w:pStyle w:val="ListBullet"/>
      </w:pPr>
      <w:r>
        <w:t>Hapus halaman Petunjuk Format ini bila Anda tidak ingin halaman petunjuk ikut terbaca sebagai bagian naskah.</w:t>
      </w:r>
    </w:p>
    <w:p>
      <w:pPr>
        <w:pStyle w:val="Heading1"/>
      </w:pPr>
      <w:r>
        <w:t>Pernyataan Penulis</w:t>
      </w:r>
    </w:p>
    <w:p>
      <w:pPr>
        <w:spacing w:line="276" w:lineRule="auto"/>
      </w:pPr>
      <w:r>
        <w:t>Dengan mengirim naskah melalui halaman Cerita Aksara, penulis menyatakan bahwa informasi yang diberikan benar dan memahami bahwa keputusan editorial dilakukan oleh tim Penerbit Lutfi Gilang sesuai ketentuan program yang berlaku pada periode tersebut.</w:t>
      </w:r>
    </w:p>
    <w:sectPr w:rsidR="00FC693F" w:rsidRPr="0006063C" w:rsidSect="00034616">
      <w:footerReference w:type="default" r:id="rId9"/>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Template Cerita Aksara · Penerbit Lutfi Gilang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Cerita Aksara</dc:title>
  <dc:subject>Template naskah resmi program Cerita Aksara Penerbit Lutfi Gilang</dc:subject>
  <dc:creator>Penerbit Lutfi Gilang</dc:creator>
  <cp:keywords/>
  <dc:description>generated by python-docx</dc:description>
  <cp:lastModifiedBy/>
  <cp:revision>1</cp:revision>
  <dcterms:created xsi:type="dcterms:W3CDTF">2013-12-23T23:15:00Z</dcterms:created>
  <dcterms:modified xsi:type="dcterms:W3CDTF">2013-12-23T23:15:00Z</dcterms:modified>
  <cp:category/>
</cp:coreProperties>
</file>